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150EE" w14:textId="77777777" w:rsidR="00445686" w:rsidRDefault="00445686">
      <w:pPr>
        <w:spacing w:after="20"/>
        <w:jc w:val="center"/>
        <w:rPr>
          <w:b/>
          <w:color w:val="1B365D"/>
          <w:sz w:val="22"/>
        </w:rPr>
      </w:pPr>
    </w:p>
    <w:p w14:paraId="494A7D0F" w14:textId="77777777" w:rsidR="00445686" w:rsidRDefault="00445686">
      <w:pPr>
        <w:spacing w:after="20"/>
        <w:jc w:val="center"/>
        <w:rPr>
          <w:b/>
          <w:color w:val="1B365D"/>
          <w:sz w:val="22"/>
        </w:rPr>
      </w:pPr>
    </w:p>
    <w:p w14:paraId="17FC3F68" w14:textId="54EAA861" w:rsidR="00B85025" w:rsidRDefault="00A07B55">
      <w:pPr>
        <w:spacing w:after="20"/>
        <w:jc w:val="center"/>
        <w:rPr>
          <w:b/>
          <w:color w:val="1B365D"/>
          <w:sz w:val="22"/>
        </w:rPr>
      </w:pPr>
      <w:r>
        <w:rPr>
          <w:b/>
          <w:color w:val="1B365D"/>
          <w:sz w:val="22"/>
        </w:rPr>
        <w:t>T.C.</w:t>
      </w:r>
      <w:r>
        <w:rPr>
          <w:b/>
          <w:color w:val="1B365D"/>
          <w:sz w:val="22"/>
        </w:rPr>
        <w:br/>
      </w:r>
      <w:r w:rsidR="00BF06B6">
        <w:rPr>
          <w:b/>
          <w:color w:val="1B365D"/>
          <w:sz w:val="22"/>
        </w:rPr>
        <w:t xml:space="preserve">SİVAS CUMHURİYET </w:t>
      </w:r>
      <w:r>
        <w:rPr>
          <w:b/>
          <w:color w:val="1B365D"/>
          <w:sz w:val="22"/>
        </w:rPr>
        <w:t>ÜNİVERSİTESİ REKTÖRLÜĞÜ</w:t>
      </w:r>
    </w:p>
    <w:p w14:paraId="10953D9D" w14:textId="1809D1C3" w:rsidR="00BF06B6" w:rsidRDefault="00BF06B6">
      <w:pPr>
        <w:spacing w:after="20"/>
        <w:jc w:val="center"/>
      </w:pPr>
      <w:r>
        <w:rPr>
          <w:b/>
          <w:color w:val="1B365D"/>
          <w:sz w:val="22"/>
        </w:rPr>
        <w:t>……………………………… MÜDÜRLÜĞÜ/ FAKÜLTESİ</w:t>
      </w:r>
    </w:p>
    <w:p w14:paraId="4D3A3C38" w14:textId="65F6FD6C" w:rsidR="00B85025" w:rsidRDefault="00A07B55">
      <w:pPr>
        <w:spacing w:after="60"/>
        <w:jc w:val="center"/>
        <w:rPr>
          <w:b/>
          <w:color w:val="1B365D"/>
          <w:sz w:val="22"/>
        </w:rPr>
      </w:pPr>
      <w:r w:rsidRPr="00C223DD">
        <w:rPr>
          <w:b/>
          <w:color w:val="1B365D"/>
          <w:sz w:val="22"/>
        </w:rPr>
        <w:t>AF KAPSAMINDA YATAY GEÇİŞ BAŞVURU DİLEKÇESİ</w:t>
      </w:r>
    </w:p>
    <w:p w14:paraId="4F64FA2A" w14:textId="49AC90E6" w:rsidR="00445686" w:rsidRDefault="00445686">
      <w:pPr>
        <w:spacing w:after="60"/>
        <w:jc w:val="center"/>
        <w:rPr>
          <w:b/>
          <w:color w:val="1B365D"/>
          <w:sz w:val="22"/>
        </w:rPr>
      </w:pPr>
    </w:p>
    <w:p w14:paraId="7C3FA955" w14:textId="77777777" w:rsidR="00445686" w:rsidRDefault="00445686">
      <w:pPr>
        <w:spacing w:after="60"/>
        <w:jc w:val="center"/>
        <w:rPr>
          <w:b/>
          <w:color w:val="1B365D"/>
          <w:sz w:val="22"/>
        </w:rPr>
      </w:pPr>
    </w:p>
    <w:p w14:paraId="563C9EDA" w14:textId="4CE53DE9" w:rsidR="00B85025" w:rsidRDefault="00A07B55">
      <w:pPr>
        <w:spacing w:before="60" w:after="60"/>
        <w:jc w:val="both"/>
      </w:pPr>
      <w:r>
        <w:rPr>
          <w:color w:val="333333"/>
        </w:rPr>
        <w:t xml:space="preserve">2547 </w:t>
      </w:r>
      <w:proofErr w:type="spellStart"/>
      <w:r>
        <w:rPr>
          <w:color w:val="333333"/>
        </w:rPr>
        <w:t>sayılı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Yükseköğretim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Kanununa</w:t>
      </w:r>
      <w:proofErr w:type="spellEnd"/>
      <w:r>
        <w:rPr>
          <w:color w:val="333333"/>
        </w:rPr>
        <w:t xml:space="preserve"> eklenen Geçici 85 </w:t>
      </w:r>
      <w:proofErr w:type="spellStart"/>
      <w:r>
        <w:rPr>
          <w:color w:val="333333"/>
        </w:rPr>
        <w:t>inci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madde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ile</w:t>
      </w:r>
      <w:proofErr w:type="spellEnd"/>
      <w:r>
        <w:rPr>
          <w:color w:val="333333"/>
        </w:rPr>
        <w:t xml:space="preserve"> </w:t>
      </w:r>
      <w:r w:rsidR="00BF06B6">
        <w:rPr>
          <w:color w:val="333333"/>
        </w:rPr>
        <w:t xml:space="preserve">Sivas </w:t>
      </w:r>
      <w:proofErr w:type="spellStart"/>
      <w:r w:rsidR="00BF06B6">
        <w:rPr>
          <w:color w:val="333333"/>
        </w:rPr>
        <w:t>Cumhuriyet</w:t>
      </w:r>
      <w:proofErr w:type="spellEnd"/>
      <w:r w:rsidR="00BF06B6">
        <w:rPr>
          <w:color w:val="333333"/>
        </w:rPr>
        <w:t xml:space="preserve"> </w:t>
      </w:r>
      <w:proofErr w:type="spellStart"/>
      <w:r>
        <w:rPr>
          <w:color w:val="333333"/>
        </w:rPr>
        <w:t>Üniversitesi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tarafından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kabul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edilen</w:t>
      </w:r>
      <w:proofErr w:type="spellEnd"/>
      <w:r>
        <w:rPr>
          <w:color w:val="333333"/>
        </w:rPr>
        <w:t xml:space="preserve"> ilgili uygulama usul ve esasları kapsamında öğrenci statüsü kazanarak, aşağıda belirttiğim diploma programına yatay geçiş yapmak istiyorum. Başvurumu</w:t>
      </w:r>
      <w:r>
        <w:rPr>
          <w:color w:val="333333"/>
        </w:rPr>
        <w:t>n ilgili mevzuat, ilan edilen koşullar ve yetkili kurul kararları çerçevesinde değerlendirilmesi hususunda gereğini arz ederim.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10"/>
      </w:tblGrid>
      <w:tr w:rsidR="00B85025" w14:paraId="2F7BE31E" w14:textId="77777777">
        <w:trPr>
          <w:jc w:val="center"/>
        </w:trPr>
        <w:tc>
          <w:tcPr>
            <w:tcW w:w="10710" w:type="dxa"/>
            <w:shd w:val="clear" w:color="auto" w:fill="1B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B8F0A4" w14:textId="77777777" w:rsidR="00B85025" w:rsidRDefault="00A07B55">
            <w:pPr>
              <w:spacing w:after="0"/>
            </w:pPr>
            <w:r>
              <w:rPr>
                <w:b/>
                <w:color w:val="FFFFFF"/>
              </w:rPr>
              <w:t>I. KİŞİSEL BİLGİLER</w:t>
            </w:r>
          </w:p>
        </w:tc>
      </w:tr>
    </w:tbl>
    <w:p w14:paraId="672A6659" w14:textId="77777777" w:rsidR="00B85025" w:rsidRDefault="00B85025">
      <w:pPr>
        <w:spacing w:after="0"/>
      </w:pPr>
    </w:p>
    <w:tbl>
      <w:tblPr>
        <w:tblW w:w="0" w:type="auto"/>
        <w:jc w:val="center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B85025" w14:paraId="10589EFD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482FF9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T.C. Kimlik Numarası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37501D" w14:textId="77777777" w:rsidR="00B85025" w:rsidRDefault="00B85025">
            <w:pPr>
              <w:spacing w:after="0"/>
            </w:pPr>
          </w:p>
        </w:tc>
      </w:tr>
      <w:tr w:rsidR="00B85025" w14:paraId="3875FA18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A25CC6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Adı ve Soyadı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AB6C7B" w14:textId="77777777" w:rsidR="00B85025" w:rsidRDefault="00B85025">
            <w:pPr>
              <w:spacing w:after="0"/>
            </w:pPr>
          </w:p>
        </w:tc>
      </w:tr>
      <w:tr w:rsidR="00B85025" w14:paraId="5A6A54E3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E5C31B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Doğum Tarihi / Yeri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EB378F" w14:textId="77777777" w:rsidR="00B85025" w:rsidRDefault="00B85025">
            <w:pPr>
              <w:spacing w:after="0"/>
            </w:pPr>
          </w:p>
        </w:tc>
      </w:tr>
      <w:tr w:rsidR="00B85025" w14:paraId="52950584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975EEC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Cep Telefonu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05A809" w14:textId="77777777" w:rsidR="00B85025" w:rsidRDefault="00B85025">
            <w:pPr>
              <w:spacing w:after="0"/>
            </w:pPr>
          </w:p>
        </w:tc>
      </w:tr>
      <w:tr w:rsidR="00B85025" w14:paraId="2092D28B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FC8764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E-Posta Adresi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39BBE3" w14:textId="77777777" w:rsidR="00B85025" w:rsidRDefault="00B85025">
            <w:pPr>
              <w:spacing w:after="0"/>
            </w:pPr>
          </w:p>
        </w:tc>
      </w:tr>
      <w:tr w:rsidR="00B85025" w14:paraId="3E8DB780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AD47FB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 xml:space="preserve">İkametgâh </w:t>
            </w:r>
            <w:r>
              <w:rPr>
                <w:b/>
                <w:color w:val="333333"/>
                <w:sz w:val="16"/>
              </w:rPr>
              <w:t>Adresi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C8F396" w14:textId="77777777" w:rsidR="00B85025" w:rsidRDefault="00B85025">
            <w:pPr>
              <w:spacing w:after="0"/>
            </w:pPr>
          </w:p>
        </w:tc>
      </w:tr>
      <w:tr w:rsidR="00B85025" w14:paraId="254DACC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710" w:type="dxa"/>
            <w:gridSpan w:val="2"/>
            <w:shd w:val="clear" w:color="auto" w:fill="1B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A8EE2F" w14:textId="77777777" w:rsidR="00B85025" w:rsidRDefault="00A07B55">
            <w:pPr>
              <w:spacing w:after="0"/>
            </w:pPr>
            <w:r>
              <w:rPr>
                <w:b/>
                <w:color w:val="FFFFFF"/>
              </w:rPr>
              <w:t>II. AF KAPSAMINDA HAK KAZANILAN / ÖNCEKİ PROGRAM BİLGİLERİ</w:t>
            </w:r>
          </w:p>
        </w:tc>
      </w:tr>
    </w:tbl>
    <w:p w14:paraId="72A3D3EC" w14:textId="77777777" w:rsidR="00B85025" w:rsidRDefault="00B85025">
      <w:pPr>
        <w:spacing w:after="0"/>
      </w:pPr>
    </w:p>
    <w:tbl>
      <w:tblPr>
        <w:tblW w:w="0" w:type="auto"/>
        <w:jc w:val="center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B85025" w14:paraId="5C26AB96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27ADFD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Yükseköğretim Kurumu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0B940D" w14:textId="77777777" w:rsidR="00B85025" w:rsidRDefault="00B85025">
            <w:pPr>
              <w:spacing w:after="0"/>
            </w:pPr>
          </w:p>
        </w:tc>
      </w:tr>
      <w:tr w:rsidR="00B85025" w14:paraId="70FE1095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B2638E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Fakülte / Yüksekokul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27B00A" w14:textId="77777777" w:rsidR="00B85025" w:rsidRDefault="00B85025">
            <w:pPr>
              <w:spacing w:after="0"/>
            </w:pPr>
          </w:p>
        </w:tc>
      </w:tr>
      <w:tr w:rsidR="00B85025" w14:paraId="4F616067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0C19A1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Bölüm / Program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061E4C" w14:textId="77777777" w:rsidR="00B85025" w:rsidRDefault="00B85025">
            <w:pPr>
              <w:spacing w:after="0"/>
            </w:pPr>
          </w:p>
        </w:tc>
      </w:tr>
      <w:tr w:rsidR="00B85025" w14:paraId="5F36A9B0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4DEB84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Öğrenci Numarası (Varsa)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EAFD9C" w14:textId="77777777" w:rsidR="00B85025" w:rsidRDefault="00B85025">
            <w:pPr>
              <w:spacing w:after="0"/>
            </w:pPr>
          </w:p>
        </w:tc>
      </w:tr>
      <w:tr w:rsidR="00B85025" w14:paraId="1A133AC2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0715ED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Programa Yerleşme / İlk Kayıt Yılı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94D5A5" w14:textId="77777777" w:rsidR="00B85025" w:rsidRDefault="00B85025">
            <w:pPr>
              <w:spacing w:after="0"/>
            </w:pPr>
          </w:p>
        </w:tc>
      </w:tr>
      <w:tr w:rsidR="00B85025" w14:paraId="36D4658B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B91986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Yerleşme Türü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6F0470" w14:textId="77777777" w:rsidR="00B85025" w:rsidRDefault="00A07B55">
            <w:pPr>
              <w:spacing w:after="0"/>
            </w:pPr>
            <w:r>
              <w:rPr>
                <w:color w:val="333333"/>
                <w:sz w:val="16"/>
              </w:rPr>
              <w:t>[   ] ÖSYS / YKS     [   ] DGS     [   ]</w:t>
            </w:r>
            <w:r>
              <w:rPr>
                <w:color w:val="333333"/>
                <w:sz w:val="16"/>
              </w:rPr>
              <w:t xml:space="preserve"> Diğer: ........................</w:t>
            </w:r>
          </w:p>
        </w:tc>
      </w:tr>
      <w:tr w:rsidR="00B85025" w14:paraId="3F95D5C5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CBB339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Yerleşme Puan Türü ve Puanı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EEC669" w14:textId="77777777" w:rsidR="00B85025" w:rsidRDefault="00B85025">
            <w:pPr>
              <w:spacing w:after="0"/>
            </w:pPr>
          </w:p>
        </w:tc>
      </w:tr>
      <w:tr w:rsidR="00B85025" w14:paraId="41EC04F6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340B3D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İlişik Kesilme Tarihi / Nedeni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56B9AB" w14:textId="77777777" w:rsidR="00B85025" w:rsidRDefault="00B85025">
            <w:pPr>
              <w:spacing w:after="0"/>
            </w:pPr>
          </w:p>
        </w:tc>
      </w:tr>
      <w:tr w:rsidR="00B85025" w14:paraId="0D3C5D3F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E7ED49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Af Kaydı / Öğrenci Statüsü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A4C354" w14:textId="77777777" w:rsidR="00B85025" w:rsidRDefault="00A07B55">
            <w:pPr>
              <w:spacing w:after="0"/>
            </w:pPr>
            <w:r>
              <w:rPr>
                <w:color w:val="333333"/>
                <w:sz w:val="16"/>
              </w:rPr>
              <w:t>[   ] Kayıt tamamlandı     [   ] Kayıt işlemi devam ediyor</w:t>
            </w:r>
          </w:p>
        </w:tc>
      </w:tr>
      <w:tr w:rsidR="00B85025" w14:paraId="4F1C5A7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710" w:type="dxa"/>
            <w:gridSpan w:val="2"/>
            <w:shd w:val="clear" w:color="auto" w:fill="1B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0A0FC0" w14:textId="77777777" w:rsidR="00B85025" w:rsidRDefault="00A07B55">
            <w:pPr>
              <w:spacing w:after="0"/>
            </w:pPr>
            <w:r>
              <w:rPr>
                <w:b/>
                <w:color w:val="FFFFFF"/>
              </w:rPr>
              <w:t>III. YATAY GEÇİŞ TALEP EDİLEN PROGRAM</w:t>
            </w:r>
          </w:p>
        </w:tc>
      </w:tr>
    </w:tbl>
    <w:p w14:paraId="45FB0818" w14:textId="77777777" w:rsidR="00B85025" w:rsidRDefault="00B85025">
      <w:pPr>
        <w:spacing w:after="0"/>
      </w:pPr>
    </w:p>
    <w:tbl>
      <w:tblPr>
        <w:tblW w:w="0" w:type="auto"/>
        <w:jc w:val="center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B85025" w14:paraId="1FBA5D19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14D3F1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Üniversite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CDEDE3" w14:textId="38B49F3A" w:rsidR="00B85025" w:rsidRDefault="00BF06B6">
            <w:pPr>
              <w:spacing w:after="0"/>
            </w:pPr>
            <w:r>
              <w:rPr>
                <w:color w:val="333333"/>
                <w:sz w:val="16"/>
              </w:rPr>
              <w:t xml:space="preserve">Sivas </w:t>
            </w:r>
            <w:proofErr w:type="spellStart"/>
            <w:r>
              <w:rPr>
                <w:color w:val="333333"/>
                <w:sz w:val="16"/>
              </w:rPr>
              <w:t>Cumhuriyet</w:t>
            </w:r>
            <w:proofErr w:type="spellEnd"/>
            <w:r w:rsidR="00A07B55">
              <w:rPr>
                <w:color w:val="333333"/>
                <w:sz w:val="16"/>
              </w:rPr>
              <w:t xml:space="preserve"> </w:t>
            </w:r>
            <w:proofErr w:type="spellStart"/>
            <w:r w:rsidR="00A07B55">
              <w:rPr>
                <w:color w:val="333333"/>
                <w:sz w:val="16"/>
              </w:rPr>
              <w:t>Üniversitesi</w:t>
            </w:r>
            <w:proofErr w:type="spellEnd"/>
          </w:p>
        </w:tc>
      </w:tr>
      <w:tr w:rsidR="00B85025" w14:paraId="2004BE7A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F0A1DD" w14:textId="77777777" w:rsidR="00B85025" w:rsidRDefault="00A07B55">
            <w:pPr>
              <w:spacing w:after="0"/>
            </w:pPr>
            <w:proofErr w:type="spellStart"/>
            <w:r>
              <w:rPr>
                <w:b/>
                <w:color w:val="333333"/>
                <w:sz w:val="16"/>
              </w:rPr>
              <w:t>Fakülte</w:t>
            </w:r>
            <w:proofErr w:type="spellEnd"/>
            <w:r>
              <w:rPr>
                <w:b/>
                <w:color w:val="333333"/>
                <w:sz w:val="16"/>
              </w:rPr>
              <w:t xml:space="preserve"> / </w:t>
            </w:r>
            <w:proofErr w:type="spellStart"/>
            <w:r>
              <w:rPr>
                <w:b/>
                <w:color w:val="333333"/>
                <w:sz w:val="16"/>
              </w:rPr>
              <w:t>Yüksekokul</w:t>
            </w:r>
            <w:proofErr w:type="spellEnd"/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9F31CB" w14:textId="77777777" w:rsidR="00B85025" w:rsidRDefault="00B85025">
            <w:pPr>
              <w:spacing w:after="0"/>
            </w:pPr>
          </w:p>
        </w:tc>
      </w:tr>
      <w:tr w:rsidR="00B85025" w14:paraId="0BB8D402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646BCD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Bölüm / Program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128261" w14:textId="77777777" w:rsidR="00B85025" w:rsidRDefault="00B85025">
            <w:pPr>
              <w:spacing w:after="0"/>
            </w:pPr>
          </w:p>
        </w:tc>
      </w:tr>
      <w:tr w:rsidR="00B85025" w14:paraId="580D2E8C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ED0F49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Programın Öğretim Türü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70DD91" w14:textId="77777777" w:rsidR="00B85025" w:rsidRDefault="00A07B55">
            <w:pPr>
              <w:spacing w:after="0"/>
            </w:pPr>
            <w:r>
              <w:rPr>
                <w:color w:val="333333"/>
                <w:sz w:val="16"/>
              </w:rPr>
              <w:t>[   ] Birinci Öğretim     [   ] İkinci Öğretim     [   ] Diğer: ................</w:t>
            </w:r>
          </w:p>
        </w:tc>
      </w:tr>
      <w:tr w:rsidR="00B85025" w14:paraId="13A31FEB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3A5EB4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Programın Öğretim Dili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486C05" w14:textId="77777777" w:rsidR="00B85025" w:rsidRDefault="00B85025">
            <w:pPr>
              <w:spacing w:after="0"/>
            </w:pPr>
          </w:p>
        </w:tc>
      </w:tr>
      <w:tr w:rsidR="00B85025" w14:paraId="43E709FC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46D063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Başvuru Dönemi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982E24" w14:textId="77777777" w:rsidR="00B85025" w:rsidRDefault="00A07B55">
            <w:pPr>
              <w:spacing w:after="0"/>
            </w:pPr>
            <w:r>
              <w:rPr>
                <w:color w:val="333333"/>
                <w:sz w:val="16"/>
              </w:rPr>
              <w:t>[   ] 2026-2027 Güz     [   ] 2026-2027 Bahar</w:t>
            </w:r>
          </w:p>
        </w:tc>
      </w:tr>
      <w:tr w:rsidR="00B85025" w14:paraId="28F581DA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EA7228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 xml:space="preserve">Adayın Giriş Yılı </w:t>
            </w:r>
            <w:r>
              <w:rPr>
                <w:b/>
                <w:color w:val="333333"/>
                <w:sz w:val="16"/>
              </w:rPr>
              <w:t>Esaslı Puanı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01652C" w14:textId="77777777" w:rsidR="00B85025" w:rsidRDefault="00B85025">
            <w:pPr>
              <w:spacing w:after="0"/>
            </w:pPr>
          </w:p>
        </w:tc>
      </w:tr>
      <w:tr w:rsidR="00B85025" w14:paraId="6883ABE8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8FF088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Hedef Programın İlgili Yıl Taban Puanı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99056E" w14:textId="77777777" w:rsidR="00B85025" w:rsidRDefault="00B85025">
            <w:pPr>
              <w:spacing w:after="0"/>
            </w:pPr>
          </w:p>
        </w:tc>
      </w:tr>
      <w:tr w:rsidR="00B85025" w14:paraId="2CBAA02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710" w:type="dxa"/>
            <w:gridSpan w:val="2"/>
            <w:shd w:val="clear" w:color="auto" w:fill="1B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E95227" w14:textId="77777777" w:rsidR="00B85025" w:rsidRDefault="00A07B55">
            <w:pPr>
              <w:spacing w:after="0"/>
            </w:pPr>
            <w:r>
              <w:rPr>
                <w:b/>
                <w:color w:val="FFFFFF"/>
              </w:rPr>
              <w:lastRenderedPageBreak/>
              <w:t>IV. BAŞVURU DAYANAĞI VE UYGUNLUK BEYANI</w:t>
            </w:r>
          </w:p>
        </w:tc>
      </w:tr>
    </w:tbl>
    <w:p w14:paraId="1299C43A" w14:textId="77777777" w:rsidR="00B85025" w:rsidRDefault="00B85025">
      <w:pPr>
        <w:spacing w:after="0"/>
      </w:pPr>
    </w:p>
    <w:tbl>
      <w:tblPr>
        <w:tblW w:w="0" w:type="auto"/>
        <w:jc w:val="center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B85025" w14:paraId="2A2C0442" w14:textId="77777777">
        <w:trPr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DA37E6" w14:textId="77777777" w:rsidR="00B85025" w:rsidRDefault="00A07B55">
            <w:pPr>
              <w:spacing w:after="0"/>
              <w:jc w:val="center"/>
            </w:pPr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8E7FF6" w14:textId="77777777" w:rsidR="00B85025" w:rsidRDefault="00A07B55">
            <w:pPr>
              <w:spacing w:after="0"/>
            </w:pPr>
            <w:r>
              <w:rPr>
                <w:color w:val="333333"/>
                <w:sz w:val="16"/>
              </w:rPr>
              <w:t xml:space="preserve">Başvurduğum programın 2026 YKS Kılavuzunda yer aldığını ve üniversiteye giriş yılım itibarıyla öğrenci almaya başlamış olduğunu dikkate alarak </w:t>
            </w:r>
            <w:r>
              <w:rPr>
                <w:color w:val="333333"/>
                <w:sz w:val="16"/>
              </w:rPr>
              <w:t>başvurduğumu,</w:t>
            </w:r>
          </w:p>
        </w:tc>
      </w:tr>
      <w:tr w:rsidR="00B85025" w14:paraId="7DECF134" w14:textId="77777777">
        <w:trPr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9E72A8" w14:textId="77777777" w:rsidR="00B85025" w:rsidRDefault="00A07B55">
            <w:pPr>
              <w:spacing w:after="0"/>
              <w:jc w:val="center"/>
            </w:pPr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4DE1F0" w14:textId="77777777" w:rsidR="00B85025" w:rsidRDefault="00A07B55">
            <w:pPr>
              <w:spacing w:after="0"/>
            </w:pPr>
            <w:r>
              <w:rPr>
                <w:color w:val="333333"/>
                <w:sz w:val="16"/>
              </w:rPr>
              <w:t>Başvurduğum program için üniversiteye giriş yılım itibarıyla aranan merkezî yerleştirme taban puanı şartını sağladığımı,</w:t>
            </w:r>
          </w:p>
        </w:tc>
      </w:tr>
      <w:tr w:rsidR="00B85025" w14:paraId="0F7F93A0" w14:textId="77777777">
        <w:trPr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8D5A6F" w14:textId="77777777" w:rsidR="00B85025" w:rsidRDefault="00A07B55">
            <w:pPr>
              <w:spacing w:after="0"/>
              <w:jc w:val="center"/>
            </w:pPr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35DDCD" w14:textId="77777777" w:rsidR="00B85025" w:rsidRDefault="00A07B55">
            <w:pPr>
              <w:spacing w:after="0"/>
            </w:pPr>
            <w:r>
              <w:rPr>
                <w:color w:val="333333"/>
                <w:sz w:val="16"/>
              </w:rPr>
              <w:t>Aynı/eşdeğer veya farklı bir diploma programına başvuruyorsam, giriş yılım itibarıyla ilgili program için a</w:t>
            </w:r>
            <w:r>
              <w:rPr>
                <w:color w:val="333333"/>
                <w:sz w:val="16"/>
              </w:rPr>
              <w:t>ynı türden taban puanı şartını sağladığımı,</w:t>
            </w:r>
          </w:p>
        </w:tc>
      </w:tr>
      <w:tr w:rsidR="00B85025" w14:paraId="35251BBB" w14:textId="77777777">
        <w:trPr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7301FC" w14:textId="77777777" w:rsidR="00B85025" w:rsidRDefault="00A07B55">
            <w:pPr>
              <w:spacing w:after="0"/>
              <w:jc w:val="center"/>
            </w:pPr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BB59A1" w14:textId="77777777" w:rsidR="00B85025" w:rsidRDefault="00A07B55">
            <w:pPr>
              <w:spacing w:after="0"/>
            </w:pPr>
            <w:r>
              <w:rPr>
                <w:color w:val="333333"/>
                <w:sz w:val="16"/>
              </w:rPr>
              <w:t>DGS puanıyla başvuruyorsam yalnızca ilgili yıl DGS Kılavuzunda mezuniyet alanımın devam edebileceği programlardan birine başvurduğumu ve ilgili yıl programın DGS puan şartını sağladığımı,</w:t>
            </w:r>
          </w:p>
        </w:tc>
      </w:tr>
      <w:tr w:rsidR="00B85025" w14:paraId="69C96075" w14:textId="77777777">
        <w:trPr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A3729D" w14:textId="77777777" w:rsidR="00B85025" w:rsidRDefault="00A07B55">
            <w:pPr>
              <w:spacing w:after="0"/>
              <w:jc w:val="center"/>
            </w:pPr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165E81" w14:textId="77777777" w:rsidR="00B85025" w:rsidRDefault="00A07B55">
            <w:pPr>
              <w:spacing w:after="0"/>
            </w:pPr>
            <w:r>
              <w:rPr>
                <w:color w:val="333333"/>
                <w:sz w:val="16"/>
              </w:rPr>
              <w:t xml:space="preserve">Türkçe </w:t>
            </w:r>
            <w:r>
              <w:rPr>
                <w:color w:val="333333"/>
                <w:sz w:val="16"/>
              </w:rPr>
              <w:t>eğitim veren bir programdan zorunlu yabancı dil hazırlık sınıfı bulunan bir programa başvuruyorsam, mevzuatta aranan yabancı dil başarı/yeterlik koşuluna tabi olduğumu,</w:t>
            </w:r>
          </w:p>
        </w:tc>
      </w:tr>
      <w:tr w:rsidR="00B85025" w14:paraId="0570B1E7" w14:textId="77777777">
        <w:trPr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B20705" w14:textId="77777777" w:rsidR="00B85025" w:rsidRDefault="00A07B55">
            <w:pPr>
              <w:spacing w:after="0"/>
              <w:jc w:val="center"/>
            </w:pPr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C5DECD" w14:textId="77777777" w:rsidR="00B85025" w:rsidRDefault="00A07B55">
            <w:pPr>
              <w:spacing w:after="0"/>
            </w:pPr>
            <w:r>
              <w:rPr>
                <w:color w:val="333333"/>
                <w:sz w:val="16"/>
              </w:rPr>
              <w:t>Başvurumda sunduğum bilgi ve belgelerin doğru, güncel ve gerçeğe uygun olduğunu;</w:t>
            </w:r>
            <w:r>
              <w:rPr>
                <w:color w:val="333333"/>
                <w:sz w:val="16"/>
              </w:rPr>
              <w:t xml:space="preserve"> Geçici 85 inci madde kapsamındaki istisnai hâllerden hiçbirine girmediğimi,</w:t>
            </w:r>
          </w:p>
        </w:tc>
      </w:tr>
    </w:tbl>
    <w:p w14:paraId="7337AF9B" w14:textId="77777777" w:rsidR="00B85025" w:rsidRDefault="00A07B55">
      <w:pPr>
        <w:spacing w:before="60"/>
        <w:jc w:val="both"/>
      </w:pPr>
      <w:proofErr w:type="spellStart"/>
      <w:r>
        <w:rPr>
          <w:b/>
          <w:color w:val="990000"/>
          <w:sz w:val="17"/>
        </w:rPr>
        <w:t>Yukarıdaki</w:t>
      </w:r>
      <w:proofErr w:type="spellEnd"/>
      <w:r>
        <w:rPr>
          <w:b/>
          <w:color w:val="990000"/>
          <w:sz w:val="17"/>
        </w:rPr>
        <w:t xml:space="preserve"> </w:t>
      </w:r>
      <w:proofErr w:type="spellStart"/>
      <w:r>
        <w:rPr>
          <w:b/>
          <w:color w:val="990000"/>
          <w:sz w:val="17"/>
        </w:rPr>
        <w:t>hususları</w:t>
      </w:r>
      <w:proofErr w:type="spellEnd"/>
      <w:r>
        <w:rPr>
          <w:b/>
          <w:color w:val="990000"/>
          <w:sz w:val="17"/>
        </w:rPr>
        <w:t xml:space="preserve"> </w:t>
      </w:r>
      <w:proofErr w:type="spellStart"/>
      <w:r>
        <w:rPr>
          <w:b/>
          <w:color w:val="990000"/>
          <w:sz w:val="17"/>
        </w:rPr>
        <w:t>kabul</w:t>
      </w:r>
      <w:proofErr w:type="spellEnd"/>
      <w:r>
        <w:rPr>
          <w:b/>
          <w:color w:val="990000"/>
          <w:sz w:val="17"/>
        </w:rPr>
        <w:t xml:space="preserve">, </w:t>
      </w:r>
      <w:proofErr w:type="spellStart"/>
      <w:r>
        <w:rPr>
          <w:b/>
          <w:color w:val="990000"/>
          <w:sz w:val="17"/>
        </w:rPr>
        <w:t>beyan</w:t>
      </w:r>
      <w:proofErr w:type="spellEnd"/>
      <w:r>
        <w:rPr>
          <w:b/>
          <w:color w:val="990000"/>
          <w:sz w:val="17"/>
        </w:rPr>
        <w:t xml:space="preserve"> ve taa</w:t>
      </w:r>
      <w:r>
        <w:rPr>
          <w:b/>
          <w:color w:val="990000"/>
          <w:sz w:val="17"/>
        </w:rPr>
        <w:t>hhüt ederim. Gerçeğe aykırı bilgi veya belge sunmam hâlinde başvurumun/kaydımın iptal edilebileceğini ve hakkımda ilgili mevzuat uyarınca işlem yapılabileceğini biliyorum.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10"/>
      </w:tblGrid>
      <w:tr w:rsidR="00B85025" w14:paraId="6FE36073" w14:textId="77777777">
        <w:trPr>
          <w:jc w:val="center"/>
        </w:trPr>
        <w:tc>
          <w:tcPr>
            <w:tcW w:w="10710" w:type="dxa"/>
            <w:shd w:val="clear" w:color="auto" w:fill="1B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D6C003" w14:textId="77777777" w:rsidR="00B85025" w:rsidRDefault="00A07B55">
            <w:pPr>
              <w:spacing w:after="0"/>
            </w:pPr>
            <w:r>
              <w:rPr>
                <w:b/>
                <w:color w:val="FFFFFF"/>
              </w:rPr>
              <w:t>V. BAŞVURU TARİHİ VE İMZA</w:t>
            </w:r>
          </w:p>
        </w:tc>
      </w:tr>
    </w:tbl>
    <w:p w14:paraId="4DDBEF00" w14:textId="77777777" w:rsidR="00B85025" w:rsidRDefault="00B85025">
      <w:pPr>
        <w:spacing w:after="0"/>
      </w:pPr>
    </w:p>
    <w:tbl>
      <w:tblPr>
        <w:tblW w:w="0" w:type="auto"/>
        <w:jc w:val="center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B85025" w14:paraId="5BA5A97F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A133B5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Başvuru Tarihi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0D9878" w14:textId="77777777" w:rsidR="00B85025" w:rsidRDefault="00A07B55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..... / ..... / 2026</w:t>
            </w:r>
          </w:p>
        </w:tc>
      </w:tr>
      <w:tr w:rsidR="00B85025" w14:paraId="13BFAFC5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9BC51C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 xml:space="preserve">Başvuranın Adı ve </w:t>
            </w:r>
            <w:r>
              <w:rPr>
                <w:b/>
                <w:color w:val="333333"/>
                <w:sz w:val="16"/>
              </w:rPr>
              <w:t>Soyadı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61D779" w14:textId="77777777" w:rsidR="00B85025" w:rsidRDefault="00B85025">
            <w:pPr>
              <w:spacing w:after="0"/>
            </w:pPr>
          </w:p>
        </w:tc>
      </w:tr>
      <w:tr w:rsidR="00B85025" w14:paraId="27A1C98B" w14:textId="77777777">
        <w:trPr>
          <w:jc w:val="center"/>
        </w:trPr>
        <w:tc>
          <w:tcPr>
            <w:tcW w:w="5355" w:type="dxa"/>
            <w:shd w:val="clear" w:color="auto" w:fill="E9EEF4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6EF336" w14:textId="77777777" w:rsidR="00B85025" w:rsidRDefault="00A07B55">
            <w:pPr>
              <w:spacing w:after="0"/>
            </w:pPr>
            <w:r>
              <w:rPr>
                <w:b/>
                <w:color w:val="333333"/>
                <w:sz w:val="16"/>
              </w:rPr>
              <w:t>İmza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F2D8B6" w14:textId="77777777" w:rsidR="00B85025" w:rsidRDefault="00A07B55">
            <w:pPr>
              <w:spacing w:after="0"/>
            </w:pPr>
            <w:r>
              <w:rPr>
                <w:color w:val="333333"/>
                <w:sz w:val="16"/>
              </w:rPr>
              <w:br/>
            </w:r>
            <w:r>
              <w:rPr>
                <w:color w:val="333333"/>
                <w:sz w:val="16"/>
              </w:rPr>
              <w:br/>
            </w:r>
          </w:p>
        </w:tc>
      </w:tr>
      <w:tr w:rsidR="00B85025" w14:paraId="7DF278A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710" w:type="dxa"/>
            <w:gridSpan w:val="2"/>
            <w:shd w:val="clear" w:color="auto" w:fill="1B365D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5C51FB" w14:textId="77777777" w:rsidR="00B85025" w:rsidRDefault="00A07B55">
            <w:pPr>
              <w:spacing w:after="0"/>
            </w:pPr>
            <w:r>
              <w:rPr>
                <w:b/>
                <w:color w:val="FFFFFF"/>
              </w:rPr>
              <w:t>VI. EKLER / BELGE KONTROLÜ</w:t>
            </w:r>
          </w:p>
        </w:tc>
      </w:tr>
    </w:tbl>
    <w:p w14:paraId="0FB78278" w14:textId="77777777" w:rsidR="00B85025" w:rsidRDefault="00B85025">
      <w:pPr>
        <w:spacing w:after="0"/>
      </w:pPr>
    </w:p>
    <w:tbl>
      <w:tblPr>
        <w:tblW w:w="0" w:type="auto"/>
        <w:jc w:val="center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B85025" w14:paraId="5037C3B9" w14:textId="77777777">
        <w:trPr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A1AB46" w14:textId="77777777" w:rsidR="00B85025" w:rsidRDefault="00A07B55">
            <w:pPr>
              <w:spacing w:after="0"/>
              <w:jc w:val="center"/>
            </w:pPr>
            <w:bookmarkStart w:id="0" w:name="_GoBack" w:colFirst="1" w:colLast="1"/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2C6609" w14:textId="061F9311" w:rsidR="00B85025" w:rsidRDefault="00EC2687">
            <w:pPr>
              <w:spacing w:after="0"/>
            </w:pP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Öğrenci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Belgesi</w:t>
            </w:r>
            <w:proofErr w:type="spellEnd"/>
          </w:p>
        </w:tc>
      </w:tr>
      <w:tr w:rsidR="00B85025" w14:paraId="78FA0262" w14:textId="77777777" w:rsidTr="00EC2687">
        <w:trPr>
          <w:trHeight w:val="593"/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5D3C24" w14:textId="77777777" w:rsidR="00B85025" w:rsidRDefault="00A07B55">
            <w:pPr>
              <w:spacing w:after="0"/>
              <w:jc w:val="center"/>
            </w:pPr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C60061" w14:textId="43543283" w:rsidR="00B85025" w:rsidRDefault="00EC2687" w:rsidP="00EC2687">
            <w:pPr>
              <w:shd w:val="clear" w:color="auto" w:fill="FFFFFF"/>
              <w:spacing w:after="100" w:afterAutospacing="1" w:line="274" w:lineRule="atLeast"/>
              <w:jc w:val="both"/>
            </w:pP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Adayın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ÖSYM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tarafından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yerleştirildiği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programa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ait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yerleştirme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sonuç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belgesi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,</w:t>
            </w:r>
          </w:p>
        </w:tc>
      </w:tr>
      <w:tr w:rsidR="00B85025" w14:paraId="29513CB6" w14:textId="77777777">
        <w:trPr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C7BCC4" w14:textId="77777777" w:rsidR="00B85025" w:rsidRDefault="00A07B55">
            <w:pPr>
              <w:spacing w:after="0"/>
              <w:jc w:val="center"/>
            </w:pPr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5356C1" w14:textId="29B9D4FB" w:rsidR="00B85025" w:rsidRDefault="00EC2687">
            <w:pPr>
              <w:spacing w:after="0"/>
            </w:pP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Adayın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ÖSYM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tarafından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yerleştirildiği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yıla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ait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YKS (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yerleştirme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puanları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dahil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)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sonuç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belgesi</w:t>
            </w:r>
            <w:proofErr w:type="spellEnd"/>
          </w:p>
        </w:tc>
      </w:tr>
      <w:tr w:rsidR="00EC2687" w14:paraId="023BF794" w14:textId="77777777">
        <w:trPr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501498" w14:textId="63C5B411" w:rsidR="00EC2687" w:rsidRDefault="00EC2687" w:rsidP="00EC2687">
            <w:pPr>
              <w:spacing w:after="0"/>
              <w:jc w:val="center"/>
              <w:rPr>
                <w:b/>
                <w:color w:val="1B365D"/>
              </w:rPr>
            </w:pPr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32FDB6" w14:textId="1E3FB335" w:rsidR="00EC2687" w:rsidRDefault="00EC2687" w:rsidP="00EC2687">
            <w:pPr>
              <w:spacing w:after="0"/>
            </w:pP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Adayın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kayıtlı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olduğu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üniversiteden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aldığı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bütün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dersleri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ve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bu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derslere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ait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notları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gösteren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belge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-  </w:t>
            </w:r>
            <w:proofErr w:type="spellStart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transkript</w:t>
            </w:r>
            <w:proofErr w:type="spellEnd"/>
            <w:r w:rsidRPr="008751CB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,</w:t>
            </w:r>
          </w:p>
        </w:tc>
      </w:tr>
      <w:tr w:rsidR="00EC2687" w14:paraId="72D165D4" w14:textId="77777777">
        <w:trPr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1F3859" w14:textId="3299E7FD" w:rsidR="00EC2687" w:rsidRDefault="00EC2687" w:rsidP="00EC2687">
            <w:pPr>
              <w:spacing w:after="0"/>
              <w:jc w:val="center"/>
              <w:rPr>
                <w:b/>
                <w:color w:val="1B365D"/>
              </w:rPr>
            </w:pPr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C17C7C" w14:textId="32F764FF" w:rsidR="00EC2687" w:rsidRDefault="00EC2687" w:rsidP="00EC2687">
            <w:pPr>
              <w:shd w:val="clear" w:color="auto" w:fill="FFFFFF"/>
              <w:spacing w:after="100" w:afterAutospacing="1" w:line="274" w:lineRule="atLeast"/>
              <w:jc w:val="both"/>
            </w:pP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Adayın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kayıtlı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olduğu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üniversiteden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aldığı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bütün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dersleri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ve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bu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derslere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ait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notları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gösteren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ders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içerikleri</w:t>
            </w:r>
            <w:proofErr w:type="spellEnd"/>
          </w:p>
        </w:tc>
      </w:tr>
      <w:tr w:rsidR="00EC2687" w14:paraId="33E04CA7" w14:textId="77777777">
        <w:trPr>
          <w:jc w:val="center"/>
        </w:trPr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9DD0EE" w14:textId="64632CF9" w:rsidR="00EC2687" w:rsidRDefault="00EC2687" w:rsidP="00EC2687">
            <w:pPr>
              <w:spacing w:after="0"/>
              <w:jc w:val="center"/>
              <w:rPr>
                <w:b/>
                <w:color w:val="1B365D"/>
              </w:rPr>
            </w:pPr>
            <w:r>
              <w:rPr>
                <w:b/>
                <w:color w:val="1B365D"/>
              </w:rPr>
              <w:t>[   ]</w:t>
            </w:r>
          </w:p>
        </w:tc>
        <w:tc>
          <w:tcPr>
            <w:tcW w:w="535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64FA39" w14:textId="0FEC93DE" w:rsidR="00EC2687" w:rsidRDefault="00EC2687" w:rsidP="00EC2687">
            <w:pPr>
              <w:shd w:val="clear" w:color="auto" w:fill="FFFFFF"/>
              <w:spacing w:after="100" w:afterAutospacing="1" w:line="274" w:lineRule="atLeast"/>
              <w:jc w:val="both"/>
            </w:pP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Ön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Lisans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Mezuniyet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Belgesi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(DGS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puanı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ile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yatay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geçiş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başvurusu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yapacak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adaylar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 xml:space="preserve"> </w:t>
            </w:r>
            <w:proofErr w:type="spellStart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için</w:t>
            </w:r>
            <w:proofErr w:type="spellEnd"/>
            <w:r w:rsidRPr="00EC2687">
              <w:rPr>
                <w:rFonts w:ascii="Times New Roman" w:eastAsia="Times New Roman" w:hAnsi="Times New Roman" w:cs="Times New Roman"/>
                <w:bCs/>
                <w:spacing w:val="5"/>
                <w:lang w:eastAsia="tr-TR"/>
              </w:rPr>
              <w:t>)</w:t>
            </w:r>
          </w:p>
        </w:tc>
      </w:tr>
      <w:bookmarkEnd w:id="0"/>
    </w:tbl>
    <w:p w14:paraId="4998E41E" w14:textId="0371D57A" w:rsidR="00B85025" w:rsidRDefault="00B85025" w:rsidP="00BF06B6">
      <w:pPr>
        <w:spacing w:before="60" w:after="0"/>
      </w:pPr>
    </w:p>
    <w:sectPr w:rsidR="00B85025" w:rsidSect="00034616">
      <w:footerReference w:type="default" r:id="rId8"/>
      <w:pgSz w:w="12240" w:h="15840"/>
      <w:pgMar w:top="709" w:right="765" w:bottom="709" w:left="765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F0643" w14:textId="77777777" w:rsidR="00A07B55" w:rsidRDefault="00A07B55">
      <w:pPr>
        <w:spacing w:after="0"/>
      </w:pPr>
      <w:r>
        <w:separator/>
      </w:r>
    </w:p>
  </w:endnote>
  <w:endnote w:type="continuationSeparator" w:id="0">
    <w:p w14:paraId="0AC37738" w14:textId="77777777" w:rsidR="00A07B55" w:rsidRDefault="00A07B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B2809" w14:textId="3E709BBA" w:rsidR="00B85025" w:rsidRDefault="00B85025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8A62A" w14:textId="77777777" w:rsidR="00A07B55" w:rsidRDefault="00A07B55">
      <w:pPr>
        <w:spacing w:after="0"/>
      </w:pPr>
      <w:r>
        <w:separator/>
      </w:r>
    </w:p>
  </w:footnote>
  <w:footnote w:type="continuationSeparator" w:id="0">
    <w:p w14:paraId="130CFE8E" w14:textId="77777777" w:rsidR="00A07B55" w:rsidRDefault="00A07B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311463"/>
    <w:multiLevelType w:val="hybridMultilevel"/>
    <w:tmpl w:val="3DFEC700"/>
    <w:lvl w:ilvl="0" w:tplc="47561E20">
      <w:start w:val="1"/>
      <w:numFmt w:val="decimal"/>
      <w:lvlText w:val="%1-"/>
      <w:lvlJc w:val="left"/>
      <w:pPr>
        <w:ind w:left="361" w:hanging="360"/>
      </w:pPr>
      <w:rPr>
        <w:rFonts w:hint="default"/>
      </w:rPr>
    </w:lvl>
    <w:lvl w:ilvl="1" w:tplc="C64A77D0">
      <w:start w:val="1"/>
      <w:numFmt w:val="decimal"/>
      <w:lvlText w:val="%2)"/>
      <w:lvlJc w:val="left"/>
      <w:pPr>
        <w:ind w:left="1426" w:hanging="705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1" w:hanging="180"/>
      </w:pPr>
    </w:lvl>
    <w:lvl w:ilvl="3" w:tplc="041F000F" w:tentative="1">
      <w:start w:val="1"/>
      <w:numFmt w:val="decimal"/>
      <w:lvlText w:val="%4."/>
      <w:lvlJc w:val="left"/>
      <w:pPr>
        <w:ind w:left="2521" w:hanging="360"/>
      </w:pPr>
    </w:lvl>
    <w:lvl w:ilvl="4" w:tplc="041F0019" w:tentative="1">
      <w:start w:val="1"/>
      <w:numFmt w:val="lowerLetter"/>
      <w:lvlText w:val="%5."/>
      <w:lvlJc w:val="left"/>
      <w:pPr>
        <w:ind w:left="3241" w:hanging="360"/>
      </w:pPr>
    </w:lvl>
    <w:lvl w:ilvl="5" w:tplc="041F001B" w:tentative="1">
      <w:start w:val="1"/>
      <w:numFmt w:val="lowerRoman"/>
      <w:lvlText w:val="%6."/>
      <w:lvlJc w:val="right"/>
      <w:pPr>
        <w:ind w:left="3961" w:hanging="180"/>
      </w:pPr>
    </w:lvl>
    <w:lvl w:ilvl="6" w:tplc="041F000F" w:tentative="1">
      <w:start w:val="1"/>
      <w:numFmt w:val="decimal"/>
      <w:lvlText w:val="%7."/>
      <w:lvlJc w:val="left"/>
      <w:pPr>
        <w:ind w:left="4681" w:hanging="360"/>
      </w:pPr>
    </w:lvl>
    <w:lvl w:ilvl="7" w:tplc="041F0019" w:tentative="1">
      <w:start w:val="1"/>
      <w:numFmt w:val="lowerLetter"/>
      <w:lvlText w:val="%8."/>
      <w:lvlJc w:val="left"/>
      <w:pPr>
        <w:ind w:left="5401" w:hanging="360"/>
      </w:pPr>
    </w:lvl>
    <w:lvl w:ilvl="8" w:tplc="041F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0C03"/>
    <w:rsid w:val="0015074B"/>
    <w:rsid w:val="0029639D"/>
    <w:rsid w:val="00326F90"/>
    <w:rsid w:val="00445686"/>
    <w:rsid w:val="005B03B5"/>
    <w:rsid w:val="005E1AA1"/>
    <w:rsid w:val="00A07B55"/>
    <w:rsid w:val="00AA1D8D"/>
    <w:rsid w:val="00B47730"/>
    <w:rsid w:val="00B85025"/>
    <w:rsid w:val="00BF06B6"/>
    <w:rsid w:val="00C223DD"/>
    <w:rsid w:val="00CB0664"/>
    <w:rsid w:val="00EC2687"/>
    <w:rsid w:val="00F7746F"/>
    <w:rsid w:val="00FC693F"/>
    <w:rsid w:val="09E6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0529045D-8207-4BFD-91E4-0BD59F1C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eastAsia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C0C03"/>
    <w:pPr>
      <w:spacing w:after="0"/>
    </w:pPr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0C03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130A23-8830-4427-BA91-3D9EBA6D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Af Kapsamında Yatay Geçiş Başvuru Dilekçesi</vt:lpstr>
    </vt:vector>
  </TitlesOfParts>
  <Manager/>
  <Company/>
  <LinksUpToDate>false</LinksUpToDate>
  <CharactersWithSpaces>3391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 Kapsamında Yatay Geçiş Başvuru Dilekçesi</dc:title>
  <dc:subject>2547 sayılı Kanun Geçici 85 kapsamında yatay geçiş başvurusu</dc:subject>
  <dc:creator>Ahmet Baha Sözcü</dc:creator>
  <cp:keywords/>
  <dc:description>generated by python-docx</dc:description>
  <cp:lastModifiedBy>otomasyon1</cp:lastModifiedBy>
  <cp:revision>2</cp:revision>
  <cp:lastPrinted>2026-09-11T11:00:00Z</cp:lastPrinted>
  <dcterms:created xsi:type="dcterms:W3CDTF">2026-09-11T11:00:00Z</dcterms:created>
  <dcterms:modified xsi:type="dcterms:W3CDTF">2026-09-11T11:00:00Z</dcterms:modified>
  <cp:category/>
</cp:coreProperties>
</file>